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والحاسوب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الحاسوب/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