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اللغة العربية : تاريخها - مفرداتها - ظواهرها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يعقوب المشهداني/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البداية ناشرون وموزعون/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350ص.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المستوى الصوتي/ المستوى البلاغي/ المستوى المعجمي/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