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واللسانيات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مجيد عبد الحليم الماشطة/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الإنكليزية/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