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اللسانيات المعاصرة في ضوء نظرية التواصل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نور الدين رايص/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عالم الكتب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309ص.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9789957708146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اللسانيات/ التواصل/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