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المقتضب من تاريخ العرب قبل 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عدنان علي الفراجي/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9789957821869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