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المعنى والتاويل في النص القراني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عواطف كنوش المصطفى التميمي/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9789957244804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التأويل/ القرآن الكريم/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