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الوافي ( في علم العروض والقوافي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توفيق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المعجم/ القوافي/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