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الذهني والتصريف المعجمي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المعاجم/ المعجم الذهني/ التصريف المعجمي/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