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المعاجم والدلالة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فهد خليل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الإعصار العلمي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9789957586287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القواميس/ علم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