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المستوى التركيبي عند السيوطي في كتابه الاتقان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سوزان الكردي/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جرير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280ص.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9789957382834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اللغة العربية/ اللسانيات/ علم الأصوات/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