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الوظيفي : قواعد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9789957586119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