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العربي بين التاثر والتاثير : العلوم الشرعية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الحباس/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العلوم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