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 والسرد : مقاربة بنيوية تكوينية في الادب القصصي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سلمان كاصد/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البنى الموضوعاتية/ البنى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