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المنهل الصافي في علم العروض والقوافي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 بنيان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9789957225162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القوافي/ علم العروض/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