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المنحى الدلالي : دراسات في الاشتراك الدلالي ووجوه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صابر الحباشة/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