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المناهج وطرائق تدريس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جاسم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الفلسفة/ المناهج/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