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الممنوع من الصرف عند الزجاج " ت311ه "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الزجاج/ منع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