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والنص : كتاب جماعي قدم له ا. كيبيدي فارغا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منذر عياشي/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9789997706652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التلقي/ التأويل/ النص/ نظريات الأدب/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