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النقدية والتداخل المنهجي : مناهج نقد الضعر في مجلة ( عمان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نرجس خلف داوود/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التلقي/ القراءة/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