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الصوتي التوليدي في السور المكية القصار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كورديا أحمد حسن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9789957706135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الصوت اللغوي/ السمات الصوتية/ السور المكية القصار/ الإعجاز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