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بين القراءة والتاويل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التأويل/ الخطاب الأصولي/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