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النحو عند النحويين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سعيد جاسم الزبيدي/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كنوز المعرفة العلمية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9789957742737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قواعد اللغة/ اللغة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