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النقد التكاملي : استراتيجية تشكيل الخطاب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إبراهيم أحمد ملحم/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عالم الكتب الحديث/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201ص.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9789957707705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الخطاب/ الأنا/ النقد التكاملي/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