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البلاغي : عند عبد القاهر الجرجاني ( دراسة سيميائية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سالم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السيميائية/ سيمياء التشبيه/ سيمياء التناص/ سيمياء المجاز/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