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في الدراسات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 حسين نطاح/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ألفاظ القرآن/ علوم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