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الخطاب الحكائي : استراتيجيات الحجاج في كليلة ودمنة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اوالطواف/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9789957707132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الخطاب/ الحجاج/ الحكاية المثلية/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