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انزياح اللسان العربي الفصيح والمعنى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الحموز/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