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الوظائف التداولية واستراتيجيات التواصل اللغوي في نظرية النحو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يوسف تغزاوي/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النحو الوظيفي/ التواصل اللغوي/ الفكر العربي/ التواصل الفكري/ الوظائف التداولية/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