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الاقتباس : دراسة في الحركية التواصلية للاستشهاد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منتصر أمين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