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اللغة العربية في المجتمع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محمد بوهادي/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