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تجويد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ندى مرعشلي هواري/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9786144025703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تجويد المقال/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