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القصة القصيرة : سليمان فياض الشاه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