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بنائية المعنى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الاماراتي/ الشعر و الاتحاد/ المحبوبة العتيقة/ قراءة في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