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التلوين الصوتي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أسامة عبد العزيز جاب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9789957706067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التلوين الصوتي/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