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تلقي المعلقات : دراسة في الاستقبال التعاقبي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بن عودة العطوي/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9786030082513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الشعراء العرب/ العصر الجاهلي/ المعلقات/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