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تفكيك النص : مقاربة بنيوية اسلوبية منفتحة ( مقاربة بين المتنبي وامل دنقل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بكور/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