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تفكيك الشفرة السردية : دراسة تحليل الخطاب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نبهان حسون السعدون/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9789957707293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 النقدي/ القصة/ نقد السرد/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