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تدريس الترجمة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سعيدة عمار كحيل/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مجدلاوي/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9789957024550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اللسانيات/ الترجمة/ الأدب المترجم/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