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ملامح الدلالة الصوتية في المستويات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مكي درار/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9789957706302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اللسانيات/ الصوت/ التراكيب الصوتية/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