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رحيق المعاني : بحوث مهداة الى عبد القادر الرباعي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ربابعة/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