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دلالية الزمن اللساني في اللغة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أمطوش/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9789957706357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الزمن اللساني/ الحساب اللامي/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