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الحطيئة : شاعر الهجاء المستهجن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عيسى ابراهيم السعدي/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المعتز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9789957490256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الشعراء العرب/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