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فنون النثر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محمد السيد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