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اسلوبية في الشعر الاموي : شعر الاخطل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