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حركة الخطاب النقدي القديم حول شعر ابي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شهاب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9789957382698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