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العنوان : مقاربة في خطاب محمود درويش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