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رمضان الصباغ/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الإيقاع/ التناص/ التجربة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