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مظاهر التداولية في مفتاح العلوم للسكاكي ( ت 626ه)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باديس لهويمل/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9789957707651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البلاغة العربية/ اللسانيات التداولية/ مفتاح العلوم/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