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حداثة النص الشعري : دراسة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الحديث/ الشاعر/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