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الصوتيات الفيزيولوجية والفيزيائية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واضح حميداني/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علم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